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4E95F" w14:textId="77777777" w:rsidR="00B771B6" w:rsidRPr="00287870" w:rsidRDefault="00000000">
      <w:pPr>
        <w:jc w:val="center"/>
        <w:rPr>
          <w:color w:val="000000" w:themeColor="text1"/>
        </w:rPr>
      </w:pPr>
      <w:r w:rsidRPr="00287870">
        <w:rPr>
          <w:b/>
          <w:color w:val="000000" w:themeColor="text1"/>
        </w:rPr>
        <w:t>Peer Review Assessment Form</w:t>
      </w:r>
      <w:r w:rsidRPr="00287870">
        <w:rPr>
          <w:b/>
          <w:color w:val="000000" w:themeColor="text1"/>
        </w:rPr>
        <w:br/>
        <w:t>Integrated Response Training</w:t>
      </w:r>
    </w:p>
    <w:p w14:paraId="1AE9BD00" w14:textId="77777777" w:rsidR="00B771B6" w:rsidRPr="00287870" w:rsidRDefault="00B771B6">
      <w:pPr>
        <w:rPr>
          <w:color w:val="000000" w:themeColor="text1"/>
        </w:rPr>
      </w:pPr>
    </w:p>
    <w:p w14:paraId="14047A86" w14:textId="77777777" w:rsidR="00B771B6" w:rsidRPr="00287870" w:rsidRDefault="00000000">
      <w:pPr>
        <w:pStyle w:val="Heading1"/>
        <w:rPr>
          <w:color w:val="000000" w:themeColor="text1"/>
        </w:rPr>
      </w:pPr>
      <w:r w:rsidRPr="00287870">
        <w:rPr>
          <w:color w:val="000000" w:themeColor="text1"/>
        </w:rPr>
        <w:t>Review Details</w:t>
      </w:r>
    </w:p>
    <w:p w14:paraId="0ADD3223" w14:textId="77777777" w:rsidR="00B771B6" w:rsidRPr="00287870" w:rsidRDefault="00000000">
      <w:pPr>
        <w:rPr>
          <w:color w:val="000000" w:themeColor="text1"/>
        </w:rPr>
      </w:pPr>
      <w:r w:rsidRPr="00287870">
        <w:rPr>
          <w:color w:val="000000" w:themeColor="text1"/>
        </w:rPr>
        <w:t>Instructor Being Reviewed: __________________________</w:t>
      </w:r>
    </w:p>
    <w:p w14:paraId="62D918D1" w14:textId="77777777" w:rsidR="00B771B6" w:rsidRPr="00287870" w:rsidRDefault="00000000">
      <w:pPr>
        <w:rPr>
          <w:color w:val="000000" w:themeColor="text1"/>
        </w:rPr>
      </w:pPr>
      <w:r w:rsidRPr="00287870">
        <w:rPr>
          <w:color w:val="000000" w:themeColor="text1"/>
        </w:rPr>
        <w:t>Reviewer Name: _________________________________</w:t>
      </w:r>
    </w:p>
    <w:p w14:paraId="3D99FB4B" w14:textId="77777777" w:rsidR="00B771B6" w:rsidRPr="00287870" w:rsidRDefault="00000000">
      <w:pPr>
        <w:rPr>
          <w:color w:val="000000" w:themeColor="text1"/>
        </w:rPr>
      </w:pPr>
      <w:r w:rsidRPr="00287870">
        <w:rPr>
          <w:color w:val="000000" w:themeColor="text1"/>
        </w:rPr>
        <w:t>Course: _______________________________________</w:t>
      </w:r>
    </w:p>
    <w:p w14:paraId="574A3F44" w14:textId="77777777" w:rsidR="00B771B6" w:rsidRPr="00287870" w:rsidRDefault="00000000">
      <w:pPr>
        <w:rPr>
          <w:color w:val="000000" w:themeColor="text1"/>
        </w:rPr>
      </w:pPr>
      <w:r w:rsidRPr="00287870">
        <w:rPr>
          <w:color w:val="000000" w:themeColor="text1"/>
        </w:rPr>
        <w:t>Location: _____________________________________</w:t>
      </w:r>
    </w:p>
    <w:p w14:paraId="5669F76E" w14:textId="77777777" w:rsidR="00B771B6" w:rsidRPr="00287870" w:rsidRDefault="00000000">
      <w:pPr>
        <w:rPr>
          <w:color w:val="000000" w:themeColor="text1"/>
        </w:rPr>
      </w:pPr>
      <w:r w:rsidRPr="00287870">
        <w:rPr>
          <w:color w:val="000000" w:themeColor="text1"/>
        </w:rPr>
        <w:t>Date: _________________________________________</w:t>
      </w:r>
    </w:p>
    <w:p w14:paraId="3A462E19" w14:textId="77777777" w:rsidR="00B771B6" w:rsidRPr="00287870" w:rsidRDefault="00000000">
      <w:pPr>
        <w:pStyle w:val="Heading1"/>
        <w:rPr>
          <w:color w:val="000000" w:themeColor="text1"/>
        </w:rPr>
      </w:pPr>
      <w:r w:rsidRPr="00287870">
        <w:rPr>
          <w:color w:val="000000" w:themeColor="text1"/>
        </w:rPr>
        <w:t>Peer Review Criteria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B771B6" w:rsidRPr="00287870" w14:paraId="5D83B8A8" w14:textId="77777777">
        <w:tc>
          <w:tcPr>
            <w:tcW w:w="1728" w:type="dxa"/>
          </w:tcPr>
          <w:p w14:paraId="31634794" w14:textId="77777777" w:rsidR="00B771B6" w:rsidRPr="00287870" w:rsidRDefault="00000000">
            <w:pPr>
              <w:rPr>
                <w:color w:val="000000" w:themeColor="text1"/>
              </w:rPr>
            </w:pPr>
            <w:r w:rsidRPr="00287870">
              <w:rPr>
                <w:color w:val="000000" w:themeColor="text1"/>
              </w:rPr>
              <w:t>Criteria</w:t>
            </w:r>
          </w:p>
        </w:tc>
        <w:tc>
          <w:tcPr>
            <w:tcW w:w="1728" w:type="dxa"/>
          </w:tcPr>
          <w:p w14:paraId="48BDD214" w14:textId="77777777" w:rsidR="00B771B6" w:rsidRPr="00287870" w:rsidRDefault="00000000">
            <w:pPr>
              <w:rPr>
                <w:color w:val="000000" w:themeColor="text1"/>
              </w:rPr>
            </w:pPr>
            <w:r w:rsidRPr="00287870">
              <w:rPr>
                <w:color w:val="000000" w:themeColor="text1"/>
              </w:rPr>
              <w:t>Excellent</w:t>
            </w:r>
          </w:p>
        </w:tc>
        <w:tc>
          <w:tcPr>
            <w:tcW w:w="1728" w:type="dxa"/>
          </w:tcPr>
          <w:p w14:paraId="353136E3" w14:textId="77777777" w:rsidR="00B771B6" w:rsidRPr="00287870" w:rsidRDefault="00000000">
            <w:pPr>
              <w:rPr>
                <w:color w:val="000000" w:themeColor="text1"/>
              </w:rPr>
            </w:pPr>
            <w:r w:rsidRPr="00287870">
              <w:rPr>
                <w:color w:val="000000" w:themeColor="text1"/>
              </w:rPr>
              <w:t>Good</w:t>
            </w:r>
          </w:p>
        </w:tc>
        <w:tc>
          <w:tcPr>
            <w:tcW w:w="1728" w:type="dxa"/>
          </w:tcPr>
          <w:p w14:paraId="3C137257" w14:textId="77777777" w:rsidR="00B771B6" w:rsidRPr="00287870" w:rsidRDefault="00000000">
            <w:pPr>
              <w:rPr>
                <w:color w:val="000000" w:themeColor="text1"/>
              </w:rPr>
            </w:pPr>
            <w:r w:rsidRPr="00287870">
              <w:rPr>
                <w:color w:val="000000" w:themeColor="text1"/>
              </w:rPr>
              <w:t>Satisfactory</w:t>
            </w:r>
          </w:p>
        </w:tc>
        <w:tc>
          <w:tcPr>
            <w:tcW w:w="1728" w:type="dxa"/>
          </w:tcPr>
          <w:p w14:paraId="51163F35" w14:textId="77777777" w:rsidR="00B771B6" w:rsidRPr="00287870" w:rsidRDefault="00000000">
            <w:pPr>
              <w:rPr>
                <w:color w:val="000000" w:themeColor="text1"/>
              </w:rPr>
            </w:pPr>
            <w:r w:rsidRPr="00287870">
              <w:rPr>
                <w:color w:val="000000" w:themeColor="text1"/>
              </w:rPr>
              <w:t>Needs Improvement</w:t>
            </w:r>
          </w:p>
        </w:tc>
      </w:tr>
      <w:tr w:rsidR="00B771B6" w:rsidRPr="00287870" w14:paraId="28085E5F" w14:textId="77777777">
        <w:tc>
          <w:tcPr>
            <w:tcW w:w="1728" w:type="dxa"/>
          </w:tcPr>
          <w:p w14:paraId="214FEE28" w14:textId="77777777" w:rsidR="00B771B6" w:rsidRPr="00287870" w:rsidRDefault="00000000">
            <w:pPr>
              <w:rPr>
                <w:color w:val="000000" w:themeColor="text1"/>
              </w:rPr>
            </w:pPr>
            <w:r w:rsidRPr="00287870">
              <w:rPr>
                <w:color w:val="000000" w:themeColor="text1"/>
              </w:rPr>
              <w:t>Professionalism &amp; Conduct</w:t>
            </w:r>
          </w:p>
        </w:tc>
        <w:tc>
          <w:tcPr>
            <w:tcW w:w="1728" w:type="dxa"/>
          </w:tcPr>
          <w:p w14:paraId="1270484E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78928EA8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2977B752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70C09B07" w14:textId="77777777" w:rsidR="00B771B6" w:rsidRPr="00287870" w:rsidRDefault="00B771B6">
            <w:pPr>
              <w:rPr>
                <w:color w:val="000000" w:themeColor="text1"/>
              </w:rPr>
            </w:pPr>
          </w:p>
        </w:tc>
      </w:tr>
      <w:tr w:rsidR="00B771B6" w:rsidRPr="00287870" w14:paraId="1140734F" w14:textId="77777777">
        <w:tc>
          <w:tcPr>
            <w:tcW w:w="1728" w:type="dxa"/>
          </w:tcPr>
          <w:p w14:paraId="64191B88" w14:textId="77777777" w:rsidR="00B771B6" w:rsidRPr="00287870" w:rsidRDefault="00000000">
            <w:pPr>
              <w:rPr>
                <w:color w:val="000000" w:themeColor="text1"/>
              </w:rPr>
            </w:pPr>
            <w:r w:rsidRPr="00287870">
              <w:rPr>
                <w:color w:val="000000" w:themeColor="text1"/>
              </w:rPr>
              <w:t>Technical Knowledge</w:t>
            </w:r>
          </w:p>
        </w:tc>
        <w:tc>
          <w:tcPr>
            <w:tcW w:w="1728" w:type="dxa"/>
          </w:tcPr>
          <w:p w14:paraId="32421303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2BE0356E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536E808C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51464E8E" w14:textId="77777777" w:rsidR="00B771B6" w:rsidRPr="00287870" w:rsidRDefault="00B771B6">
            <w:pPr>
              <w:rPr>
                <w:color w:val="000000" w:themeColor="text1"/>
              </w:rPr>
            </w:pPr>
          </w:p>
        </w:tc>
      </w:tr>
      <w:tr w:rsidR="00B771B6" w:rsidRPr="00287870" w14:paraId="3252F965" w14:textId="77777777">
        <w:tc>
          <w:tcPr>
            <w:tcW w:w="1728" w:type="dxa"/>
          </w:tcPr>
          <w:p w14:paraId="70944961" w14:textId="77777777" w:rsidR="00B771B6" w:rsidRPr="00287870" w:rsidRDefault="00000000">
            <w:pPr>
              <w:rPr>
                <w:color w:val="000000" w:themeColor="text1"/>
              </w:rPr>
            </w:pPr>
            <w:r w:rsidRPr="00287870">
              <w:rPr>
                <w:color w:val="000000" w:themeColor="text1"/>
              </w:rPr>
              <w:t>Instructional Delivery</w:t>
            </w:r>
          </w:p>
        </w:tc>
        <w:tc>
          <w:tcPr>
            <w:tcW w:w="1728" w:type="dxa"/>
          </w:tcPr>
          <w:p w14:paraId="03D00A79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5F2E7D93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15946465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78DC310F" w14:textId="77777777" w:rsidR="00B771B6" w:rsidRPr="00287870" w:rsidRDefault="00B771B6">
            <w:pPr>
              <w:rPr>
                <w:color w:val="000000" w:themeColor="text1"/>
              </w:rPr>
            </w:pPr>
          </w:p>
        </w:tc>
      </w:tr>
      <w:tr w:rsidR="00B771B6" w:rsidRPr="00287870" w14:paraId="27250CDC" w14:textId="77777777">
        <w:tc>
          <w:tcPr>
            <w:tcW w:w="1728" w:type="dxa"/>
          </w:tcPr>
          <w:p w14:paraId="34367594" w14:textId="77777777" w:rsidR="00B771B6" w:rsidRPr="00287870" w:rsidRDefault="00000000">
            <w:pPr>
              <w:rPr>
                <w:color w:val="000000" w:themeColor="text1"/>
              </w:rPr>
            </w:pPr>
            <w:r w:rsidRPr="00287870">
              <w:rPr>
                <w:color w:val="000000" w:themeColor="text1"/>
              </w:rPr>
              <w:lastRenderedPageBreak/>
              <w:t>Safety Management</w:t>
            </w:r>
          </w:p>
        </w:tc>
        <w:tc>
          <w:tcPr>
            <w:tcW w:w="1728" w:type="dxa"/>
          </w:tcPr>
          <w:p w14:paraId="28497919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25B76EC1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09209E36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436224A8" w14:textId="77777777" w:rsidR="00B771B6" w:rsidRPr="00287870" w:rsidRDefault="00B771B6">
            <w:pPr>
              <w:rPr>
                <w:color w:val="000000" w:themeColor="text1"/>
              </w:rPr>
            </w:pPr>
          </w:p>
        </w:tc>
      </w:tr>
      <w:tr w:rsidR="00B771B6" w:rsidRPr="00287870" w14:paraId="65FA7B23" w14:textId="77777777">
        <w:tc>
          <w:tcPr>
            <w:tcW w:w="1728" w:type="dxa"/>
          </w:tcPr>
          <w:p w14:paraId="536B26DE" w14:textId="77777777" w:rsidR="00B771B6" w:rsidRPr="00287870" w:rsidRDefault="00000000">
            <w:pPr>
              <w:rPr>
                <w:color w:val="000000" w:themeColor="text1"/>
              </w:rPr>
            </w:pPr>
            <w:r w:rsidRPr="00287870">
              <w:rPr>
                <w:color w:val="000000" w:themeColor="text1"/>
              </w:rPr>
              <w:t>Engagement with Delegates</w:t>
            </w:r>
          </w:p>
        </w:tc>
        <w:tc>
          <w:tcPr>
            <w:tcW w:w="1728" w:type="dxa"/>
          </w:tcPr>
          <w:p w14:paraId="50BEEF69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47F3640A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5F51A5C1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5A50B9F3" w14:textId="77777777" w:rsidR="00B771B6" w:rsidRPr="00287870" w:rsidRDefault="00B771B6">
            <w:pPr>
              <w:rPr>
                <w:color w:val="000000" w:themeColor="text1"/>
              </w:rPr>
            </w:pPr>
          </w:p>
        </w:tc>
      </w:tr>
      <w:tr w:rsidR="00B771B6" w:rsidRPr="00287870" w14:paraId="73778058" w14:textId="77777777">
        <w:tc>
          <w:tcPr>
            <w:tcW w:w="1728" w:type="dxa"/>
          </w:tcPr>
          <w:p w14:paraId="5552E214" w14:textId="77777777" w:rsidR="00B771B6" w:rsidRPr="00287870" w:rsidRDefault="00000000">
            <w:pPr>
              <w:rPr>
                <w:color w:val="000000" w:themeColor="text1"/>
              </w:rPr>
            </w:pPr>
            <w:r w:rsidRPr="00287870">
              <w:rPr>
                <w:color w:val="000000" w:themeColor="text1"/>
              </w:rPr>
              <w:t>Scenario Realism</w:t>
            </w:r>
          </w:p>
        </w:tc>
        <w:tc>
          <w:tcPr>
            <w:tcW w:w="1728" w:type="dxa"/>
          </w:tcPr>
          <w:p w14:paraId="67B7F679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17777EAA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5E42F927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4A5D2C40" w14:textId="77777777" w:rsidR="00B771B6" w:rsidRPr="00287870" w:rsidRDefault="00B771B6">
            <w:pPr>
              <w:rPr>
                <w:color w:val="000000" w:themeColor="text1"/>
              </w:rPr>
            </w:pPr>
          </w:p>
        </w:tc>
      </w:tr>
      <w:tr w:rsidR="00B771B6" w:rsidRPr="00287870" w14:paraId="12881E8F" w14:textId="77777777">
        <w:tc>
          <w:tcPr>
            <w:tcW w:w="1728" w:type="dxa"/>
          </w:tcPr>
          <w:p w14:paraId="4A839BCA" w14:textId="77777777" w:rsidR="00B771B6" w:rsidRPr="00287870" w:rsidRDefault="00000000">
            <w:pPr>
              <w:rPr>
                <w:color w:val="000000" w:themeColor="text1"/>
              </w:rPr>
            </w:pPr>
            <w:r w:rsidRPr="00287870">
              <w:rPr>
                <w:color w:val="000000" w:themeColor="text1"/>
              </w:rPr>
              <w:t>Adherence to RTC Standards</w:t>
            </w:r>
          </w:p>
        </w:tc>
        <w:tc>
          <w:tcPr>
            <w:tcW w:w="1728" w:type="dxa"/>
          </w:tcPr>
          <w:p w14:paraId="35FC7CE9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3250B908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5DD73F32" w14:textId="77777777" w:rsidR="00B771B6" w:rsidRPr="00287870" w:rsidRDefault="00B771B6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25A05275" w14:textId="77777777" w:rsidR="00B771B6" w:rsidRPr="00287870" w:rsidRDefault="00B771B6">
            <w:pPr>
              <w:rPr>
                <w:color w:val="000000" w:themeColor="text1"/>
              </w:rPr>
            </w:pPr>
          </w:p>
        </w:tc>
      </w:tr>
    </w:tbl>
    <w:p w14:paraId="0B091571" w14:textId="77777777" w:rsidR="00B771B6" w:rsidRPr="00287870" w:rsidRDefault="00000000">
      <w:pPr>
        <w:pStyle w:val="Heading1"/>
        <w:rPr>
          <w:color w:val="000000" w:themeColor="text1"/>
        </w:rPr>
      </w:pPr>
      <w:r w:rsidRPr="00287870">
        <w:rPr>
          <w:color w:val="000000" w:themeColor="text1"/>
        </w:rPr>
        <w:t>Reviewer Comments</w:t>
      </w:r>
    </w:p>
    <w:p w14:paraId="76883A15" w14:textId="77777777" w:rsidR="00B771B6" w:rsidRDefault="00000000">
      <w:pPr>
        <w:rPr>
          <w:color w:val="000000" w:themeColor="text1"/>
        </w:rPr>
      </w:pPr>
      <w:r w:rsidRPr="00287870">
        <w:rPr>
          <w:color w:val="000000" w:themeColor="text1"/>
        </w:rPr>
        <w:t>Strengths Observed: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287870" w14:paraId="5EDEA8CF" w14:textId="77777777" w:rsidTr="00287870">
        <w:tc>
          <w:tcPr>
            <w:tcW w:w="8856" w:type="dxa"/>
          </w:tcPr>
          <w:p w14:paraId="4D1FFAA0" w14:textId="3AA37123" w:rsidR="00287870" w:rsidRDefault="00287870">
            <w:pPr>
              <w:rPr>
                <w:color w:val="000000" w:themeColor="text1"/>
              </w:rPr>
            </w:pPr>
          </w:p>
        </w:tc>
      </w:tr>
    </w:tbl>
    <w:p w14:paraId="05B798D5" w14:textId="78D4077D" w:rsidR="00287870" w:rsidRPr="00287870" w:rsidRDefault="00287870">
      <w:pPr>
        <w:rPr>
          <w:color w:val="000000" w:themeColor="text1"/>
        </w:rPr>
      </w:pPr>
    </w:p>
    <w:p w14:paraId="784D8BAF" w14:textId="77777777" w:rsidR="00B771B6" w:rsidRDefault="00000000">
      <w:pPr>
        <w:rPr>
          <w:color w:val="000000" w:themeColor="text1"/>
        </w:rPr>
      </w:pPr>
      <w:r w:rsidRPr="00287870">
        <w:rPr>
          <w:color w:val="000000" w:themeColor="text1"/>
        </w:rPr>
        <w:t>Areas for Improvement: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287870" w14:paraId="512ED99D" w14:textId="77777777" w:rsidTr="00287870">
        <w:tc>
          <w:tcPr>
            <w:tcW w:w="8856" w:type="dxa"/>
          </w:tcPr>
          <w:p w14:paraId="4BB3F0EF" w14:textId="77777777" w:rsidR="00287870" w:rsidRDefault="00287870">
            <w:pPr>
              <w:rPr>
                <w:color w:val="000000" w:themeColor="text1"/>
              </w:rPr>
            </w:pPr>
          </w:p>
        </w:tc>
      </w:tr>
    </w:tbl>
    <w:p w14:paraId="682F0936" w14:textId="77777777" w:rsidR="00287870" w:rsidRPr="00287870" w:rsidRDefault="00287870">
      <w:pPr>
        <w:rPr>
          <w:color w:val="000000" w:themeColor="text1"/>
        </w:rPr>
      </w:pPr>
    </w:p>
    <w:p w14:paraId="0AEE9CD8" w14:textId="77777777" w:rsidR="00B771B6" w:rsidRDefault="00000000">
      <w:pPr>
        <w:pStyle w:val="Heading1"/>
        <w:rPr>
          <w:color w:val="000000" w:themeColor="text1"/>
        </w:rPr>
      </w:pPr>
      <w:r w:rsidRPr="00287870">
        <w:rPr>
          <w:color w:val="000000" w:themeColor="text1"/>
        </w:rPr>
        <w:t>Actions / Recommendations</w:t>
      </w:r>
    </w:p>
    <w:p w14:paraId="6BDC0B2E" w14:textId="77777777" w:rsidR="00287870" w:rsidRDefault="00287870" w:rsidP="002878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287870" w14:paraId="40EE4511" w14:textId="77777777" w:rsidTr="00287870">
        <w:tc>
          <w:tcPr>
            <w:tcW w:w="8856" w:type="dxa"/>
          </w:tcPr>
          <w:p w14:paraId="03BE91DC" w14:textId="77777777" w:rsidR="00287870" w:rsidRDefault="00287870" w:rsidP="00287870"/>
        </w:tc>
      </w:tr>
    </w:tbl>
    <w:p w14:paraId="3EA3D411" w14:textId="77777777" w:rsidR="00287870" w:rsidRPr="00287870" w:rsidRDefault="00287870" w:rsidP="00287870"/>
    <w:p w14:paraId="723EA90F" w14:textId="77777777" w:rsidR="00B771B6" w:rsidRPr="00287870" w:rsidRDefault="00000000">
      <w:pPr>
        <w:pStyle w:val="Heading1"/>
        <w:rPr>
          <w:color w:val="000000" w:themeColor="text1"/>
        </w:rPr>
      </w:pPr>
      <w:r w:rsidRPr="00287870">
        <w:rPr>
          <w:color w:val="000000" w:themeColor="text1"/>
        </w:rPr>
        <w:lastRenderedPageBreak/>
        <w:t>Sign-Off</w:t>
      </w:r>
    </w:p>
    <w:p w14:paraId="68E89657" w14:textId="28DCDED0" w:rsidR="00B771B6" w:rsidRPr="00287870" w:rsidRDefault="00000000">
      <w:pPr>
        <w:rPr>
          <w:color w:val="000000" w:themeColor="text1"/>
        </w:rPr>
      </w:pPr>
      <w:r w:rsidRPr="00287870">
        <w:rPr>
          <w:color w:val="000000" w:themeColor="text1"/>
        </w:rPr>
        <w:t xml:space="preserve">Reviewer Signature: </w:t>
      </w:r>
    </w:p>
    <w:p w14:paraId="3DDC650B" w14:textId="3C5C93CD" w:rsidR="00B771B6" w:rsidRPr="00287870" w:rsidRDefault="00000000">
      <w:pPr>
        <w:rPr>
          <w:color w:val="000000" w:themeColor="text1"/>
        </w:rPr>
      </w:pPr>
      <w:r w:rsidRPr="00287870">
        <w:rPr>
          <w:color w:val="000000" w:themeColor="text1"/>
        </w:rPr>
        <w:t xml:space="preserve">Date: </w:t>
      </w:r>
    </w:p>
    <w:sectPr w:rsidR="00B771B6" w:rsidRPr="00287870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F3BE0" w14:textId="77777777" w:rsidR="00740CB7" w:rsidRDefault="00740CB7">
      <w:pPr>
        <w:spacing w:after="0" w:line="240" w:lineRule="auto"/>
      </w:pPr>
      <w:r>
        <w:separator/>
      </w:r>
    </w:p>
  </w:endnote>
  <w:endnote w:type="continuationSeparator" w:id="0">
    <w:p w14:paraId="582D3A4C" w14:textId="77777777" w:rsidR="00740CB7" w:rsidRDefault="0074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C0098" w14:textId="77777777" w:rsidR="00740CB7" w:rsidRDefault="00740CB7">
      <w:pPr>
        <w:spacing w:after="0" w:line="240" w:lineRule="auto"/>
      </w:pPr>
      <w:r>
        <w:separator/>
      </w:r>
    </w:p>
  </w:footnote>
  <w:footnote w:type="continuationSeparator" w:id="0">
    <w:p w14:paraId="11C3554C" w14:textId="77777777" w:rsidR="00740CB7" w:rsidRDefault="00740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D6BCB" w14:textId="77777777" w:rsidR="00B771B6" w:rsidRDefault="00000000">
    <w:pPr>
      <w:pStyle w:val="Header"/>
      <w:jc w:val="center"/>
    </w:pPr>
    <w:r>
      <w:rPr>
        <w:noProof/>
      </w:rPr>
      <w:drawing>
        <wp:inline distT="0" distB="0" distL="0" distR="0" wp14:anchorId="7DF47B40" wp14:editId="272947F4">
          <wp:extent cx="5486400" cy="334670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ument logoTrimmed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3346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3581162">
    <w:abstractNumId w:val="8"/>
  </w:num>
  <w:num w:numId="2" w16cid:durableId="1994990009">
    <w:abstractNumId w:val="6"/>
  </w:num>
  <w:num w:numId="3" w16cid:durableId="2107067082">
    <w:abstractNumId w:val="5"/>
  </w:num>
  <w:num w:numId="4" w16cid:durableId="757023809">
    <w:abstractNumId w:val="4"/>
  </w:num>
  <w:num w:numId="5" w16cid:durableId="1637489702">
    <w:abstractNumId w:val="7"/>
  </w:num>
  <w:num w:numId="6" w16cid:durableId="1430546590">
    <w:abstractNumId w:val="3"/>
  </w:num>
  <w:num w:numId="7" w16cid:durableId="1594321867">
    <w:abstractNumId w:val="2"/>
  </w:num>
  <w:num w:numId="8" w16cid:durableId="532350521">
    <w:abstractNumId w:val="1"/>
  </w:num>
  <w:num w:numId="9" w16cid:durableId="1252199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7870"/>
    <w:rsid w:val="0029639D"/>
    <w:rsid w:val="00326F90"/>
    <w:rsid w:val="00740CB7"/>
    <w:rsid w:val="00AA1D8D"/>
    <w:rsid w:val="00B47730"/>
    <w:rsid w:val="00B771B6"/>
    <w:rsid w:val="00CB0664"/>
    <w:rsid w:val="00F722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4FA7A4"/>
  <w14:defaultImageDpi w14:val="300"/>
  <w15:docId w15:val="{7F260AC8-58D7-6044-85C5-1D212F0DC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</Words>
  <Characters>672</Characters>
  <Application>Microsoft Office Word</Application>
  <DocSecurity>0</DocSecurity>
  <Lines>51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curley</cp:lastModifiedBy>
  <cp:revision>2</cp:revision>
  <dcterms:created xsi:type="dcterms:W3CDTF">2013-12-23T23:15:00Z</dcterms:created>
  <dcterms:modified xsi:type="dcterms:W3CDTF">2026-06-05T16:49:00Z</dcterms:modified>
  <cp:category/>
</cp:coreProperties>
</file>