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BCF18" w14:textId="77777777" w:rsidR="00840607" w:rsidRPr="00F5261D" w:rsidRDefault="00000000">
      <w:pPr>
        <w:jc w:val="center"/>
        <w:rPr>
          <w:color w:val="000000" w:themeColor="text1"/>
        </w:rPr>
      </w:pPr>
      <w:r w:rsidRPr="00F5261D">
        <w:rPr>
          <w:b/>
          <w:color w:val="000000" w:themeColor="text1"/>
        </w:rPr>
        <w:t>Customer Feedback Form</w:t>
      </w:r>
      <w:r w:rsidRPr="00F5261D">
        <w:rPr>
          <w:b/>
          <w:color w:val="000000" w:themeColor="text1"/>
        </w:rPr>
        <w:br/>
        <w:t>Integrated Response Training</w:t>
      </w:r>
    </w:p>
    <w:p w14:paraId="5E64D390" w14:textId="77777777" w:rsidR="00840607" w:rsidRPr="00F5261D" w:rsidRDefault="00840607">
      <w:pPr>
        <w:rPr>
          <w:color w:val="000000" w:themeColor="text1"/>
        </w:rPr>
      </w:pPr>
    </w:p>
    <w:p w14:paraId="5D15214A" w14:textId="77777777" w:rsidR="00840607" w:rsidRPr="00F5261D" w:rsidRDefault="00000000">
      <w:pPr>
        <w:pStyle w:val="Heading1"/>
        <w:rPr>
          <w:color w:val="000000" w:themeColor="text1"/>
        </w:rPr>
      </w:pPr>
      <w:r w:rsidRPr="00F5261D">
        <w:rPr>
          <w:color w:val="000000" w:themeColor="text1"/>
        </w:rPr>
        <w:t>Client Details</w:t>
      </w:r>
    </w:p>
    <w:p w14:paraId="0EAAF5E4" w14:textId="77777777" w:rsidR="00840607" w:rsidRPr="00F5261D" w:rsidRDefault="00000000">
      <w:pPr>
        <w:rPr>
          <w:color w:val="000000" w:themeColor="text1"/>
        </w:rPr>
      </w:pPr>
      <w:r w:rsidRPr="00F5261D">
        <w:rPr>
          <w:color w:val="000000" w:themeColor="text1"/>
        </w:rPr>
        <w:t>Company Name: __________________________</w:t>
      </w:r>
    </w:p>
    <w:p w14:paraId="4FA7F5C8" w14:textId="77777777" w:rsidR="00840607" w:rsidRPr="00F5261D" w:rsidRDefault="00000000">
      <w:pPr>
        <w:rPr>
          <w:color w:val="000000" w:themeColor="text1"/>
        </w:rPr>
      </w:pPr>
      <w:r w:rsidRPr="00F5261D">
        <w:rPr>
          <w:color w:val="000000" w:themeColor="text1"/>
        </w:rPr>
        <w:t>Contact Name: __________________________</w:t>
      </w:r>
    </w:p>
    <w:p w14:paraId="798CDE35" w14:textId="77777777" w:rsidR="00840607" w:rsidRPr="00F5261D" w:rsidRDefault="00000000">
      <w:pPr>
        <w:rPr>
          <w:color w:val="000000" w:themeColor="text1"/>
        </w:rPr>
      </w:pPr>
      <w:r w:rsidRPr="00F5261D">
        <w:rPr>
          <w:color w:val="000000" w:themeColor="text1"/>
        </w:rPr>
        <w:t>Course Delivered: ______________________</w:t>
      </w:r>
    </w:p>
    <w:p w14:paraId="2C358E51" w14:textId="77777777" w:rsidR="00840607" w:rsidRPr="00F5261D" w:rsidRDefault="00000000">
      <w:pPr>
        <w:rPr>
          <w:color w:val="000000" w:themeColor="text1"/>
        </w:rPr>
      </w:pPr>
      <w:r w:rsidRPr="00F5261D">
        <w:rPr>
          <w:color w:val="000000" w:themeColor="text1"/>
        </w:rPr>
        <w:t>Date: _________________________________</w:t>
      </w:r>
    </w:p>
    <w:p w14:paraId="1DA18508" w14:textId="77777777" w:rsidR="00840607" w:rsidRPr="00F5261D" w:rsidRDefault="00000000">
      <w:pPr>
        <w:pStyle w:val="Heading1"/>
        <w:rPr>
          <w:color w:val="000000" w:themeColor="text1"/>
        </w:rPr>
      </w:pPr>
      <w:r w:rsidRPr="00F5261D">
        <w:rPr>
          <w:color w:val="000000" w:themeColor="text1"/>
        </w:rPr>
        <w:t>Training Feedback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840607" w:rsidRPr="00F5261D" w14:paraId="312F0C8A" w14:textId="77777777">
        <w:tc>
          <w:tcPr>
            <w:tcW w:w="1728" w:type="dxa"/>
          </w:tcPr>
          <w:p w14:paraId="587941F2" w14:textId="77777777" w:rsidR="00840607" w:rsidRPr="00F5261D" w:rsidRDefault="00000000">
            <w:pPr>
              <w:rPr>
                <w:color w:val="000000" w:themeColor="text1"/>
              </w:rPr>
            </w:pPr>
            <w:r w:rsidRPr="00F5261D">
              <w:rPr>
                <w:color w:val="000000" w:themeColor="text1"/>
              </w:rPr>
              <w:t>Area</w:t>
            </w:r>
          </w:p>
        </w:tc>
        <w:tc>
          <w:tcPr>
            <w:tcW w:w="1728" w:type="dxa"/>
          </w:tcPr>
          <w:p w14:paraId="3EE3CA0A" w14:textId="77777777" w:rsidR="00840607" w:rsidRPr="00F5261D" w:rsidRDefault="00000000">
            <w:pPr>
              <w:rPr>
                <w:color w:val="000000" w:themeColor="text1"/>
              </w:rPr>
            </w:pPr>
            <w:r w:rsidRPr="00F5261D">
              <w:rPr>
                <w:color w:val="000000" w:themeColor="text1"/>
              </w:rPr>
              <w:t>Excellent</w:t>
            </w:r>
          </w:p>
        </w:tc>
        <w:tc>
          <w:tcPr>
            <w:tcW w:w="1728" w:type="dxa"/>
          </w:tcPr>
          <w:p w14:paraId="43CAB567" w14:textId="77777777" w:rsidR="00840607" w:rsidRPr="00F5261D" w:rsidRDefault="00000000">
            <w:pPr>
              <w:rPr>
                <w:color w:val="000000" w:themeColor="text1"/>
              </w:rPr>
            </w:pPr>
            <w:r w:rsidRPr="00F5261D">
              <w:rPr>
                <w:color w:val="000000" w:themeColor="text1"/>
              </w:rPr>
              <w:t>Good</w:t>
            </w:r>
          </w:p>
        </w:tc>
        <w:tc>
          <w:tcPr>
            <w:tcW w:w="1728" w:type="dxa"/>
          </w:tcPr>
          <w:p w14:paraId="529E0D1A" w14:textId="77777777" w:rsidR="00840607" w:rsidRPr="00F5261D" w:rsidRDefault="00000000">
            <w:pPr>
              <w:rPr>
                <w:color w:val="000000" w:themeColor="text1"/>
              </w:rPr>
            </w:pPr>
            <w:r w:rsidRPr="00F5261D">
              <w:rPr>
                <w:color w:val="000000" w:themeColor="text1"/>
              </w:rPr>
              <w:t>Satisfactory</w:t>
            </w:r>
          </w:p>
        </w:tc>
        <w:tc>
          <w:tcPr>
            <w:tcW w:w="1728" w:type="dxa"/>
          </w:tcPr>
          <w:p w14:paraId="146992BD" w14:textId="77777777" w:rsidR="00840607" w:rsidRPr="00F5261D" w:rsidRDefault="00000000">
            <w:pPr>
              <w:rPr>
                <w:color w:val="000000" w:themeColor="text1"/>
              </w:rPr>
            </w:pPr>
            <w:r w:rsidRPr="00F5261D">
              <w:rPr>
                <w:color w:val="000000" w:themeColor="text1"/>
              </w:rPr>
              <w:t>Needs Improvement</w:t>
            </w:r>
          </w:p>
        </w:tc>
      </w:tr>
      <w:tr w:rsidR="00840607" w:rsidRPr="00F5261D" w14:paraId="6C1F5473" w14:textId="77777777">
        <w:tc>
          <w:tcPr>
            <w:tcW w:w="1728" w:type="dxa"/>
          </w:tcPr>
          <w:p w14:paraId="7500E697" w14:textId="77777777" w:rsidR="00840607" w:rsidRPr="00F5261D" w:rsidRDefault="00000000">
            <w:pPr>
              <w:rPr>
                <w:color w:val="000000" w:themeColor="text1"/>
              </w:rPr>
            </w:pPr>
            <w:r w:rsidRPr="00F5261D">
              <w:rPr>
                <w:color w:val="000000" w:themeColor="text1"/>
              </w:rPr>
              <w:t>Course Content</w:t>
            </w:r>
          </w:p>
        </w:tc>
        <w:tc>
          <w:tcPr>
            <w:tcW w:w="1728" w:type="dxa"/>
          </w:tcPr>
          <w:p w14:paraId="3E9B349A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633DDAA0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56F90E6E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2BAB77CA" w14:textId="77777777" w:rsidR="00840607" w:rsidRPr="00F5261D" w:rsidRDefault="00840607">
            <w:pPr>
              <w:rPr>
                <w:color w:val="000000" w:themeColor="text1"/>
              </w:rPr>
            </w:pPr>
          </w:p>
        </w:tc>
      </w:tr>
      <w:tr w:rsidR="00840607" w:rsidRPr="00F5261D" w14:paraId="0134132A" w14:textId="77777777">
        <w:tc>
          <w:tcPr>
            <w:tcW w:w="1728" w:type="dxa"/>
          </w:tcPr>
          <w:p w14:paraId="08F7B857" w14:textId="77777777" w:rsidR="00840607" w:rsidRPr="00F5261D" w:rsidRDefault="00000000">
            <w:pPr>
              <w:rPr>
                <w:color w:val="000000" w:themeColor="text1"/>
              </w:rPr>
            </w:pPr>
            <w:r w:rsidRPr="00F5261D">
              <w:rPr>
                <w:color w:val="000000" w:themeColor="text1"/>
              </w:rPr>
              <w:t>Instructor Knowledge</w:t>
            </w:r>
          </w:p>
        </w:tc>
        <w:tc>
          <w:tcPr>
            <w:tcW w:w="1728" w:type="dxa"/>
          </w:tcPr>
          <w:p w14:paraId="22679F20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7C5046F8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2EBF88B6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04EC8843" w14:textId="77777777" w:rsidR="00840607" w:rsidRPr="00F5261D" w:rsidRDefault="00840607">
            <w:pPr>
              <w:rPr>
                <w:color w:val="000000" w:themeColor="text1"/>
              </w:rPr>
            </w:pPr>
          </w:p>
        </w:tc>
      </w:tr>
      <w:tr w:rsidR="00840607" w:rsidRPr="00F5261D" w14:paraId="1BA69239" w14:textId="77777777">
        <w:tc>
          <w:tcPr>
            <w:tcW w:w="1728" w:type="dxa"/>
          </w:tcPr>
          <w:p w14:paraId="45CFD4CD" w14:textId="77777777" w:rsidR="00840607" w:rsidRPr="00F5261D" w:rsidRDefault="00000000">
            <w:pPr>
              <w:rPr>
                <w:color w:val="000000" w:themeColor="text1"/>
              </w:rPr>
            </w:pPr>
            <w:r w:rsidRPr="00F5261D">
              <w:rPr>
                <w:color w:val="000000" w:themeColor="text1"/>
              </w:rPr>
              <w:t>Instructor Delivery</w:t>
            </w:r>
          </w:p>
        </w:tc>
        <w:tc>
          <w:tcPr>
            <w:tcW w:w="1728" w:type="dxa"/>
          </w:tcPr>
          <w:p w14:paraId="51238C32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5BC649A8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610496A9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0814A910" w14:textId="77777777" w:rsidR="00840607" w:rsidRPr="00F5261D" w:rsidRDefault="00840607">
            <w:pPr>
              <w:rPr>
                <w:color w:val="000000" w:themeColor="text1"/>
              </w:rPr>
            </w:pPr>
          </w:p>
        </w:tc>
      </w:tr>
      <w:tr w:rsidR="00840607" w:rsidRPr="00F5261D" w14:paraId="1DB60681" w14:textId="77777777">
        <w:tc>
          <w:tcPr>
            <w:tcW w:w="1728" w:type="dxa"/>
          </w:tcPr>
          <w:p w14:paraId="60444C27" w14:textId="77777777" w:rsidR="00840607" w:rsidRPr="00F5261D" w:rsidRDefault="00000000">
            <w:pPr>
              <w:rPr>
                <w:color w:val="000000" w:themeColor="text1"/>
              </w:rPr>
            </w:pPr>
            <w:r w:rsidRPr="00F5261D">
              <w:rPr>
                <w:color w:val="000000" w:themeColor="text1"/>
              </w:rPr>
              <w:t>Practical Relevance</w:t>
            </w:r>
          </w:p>
        </w:tc>
        <w:tc>
          <w:tcPr>
            <w:tcW w:w="1728" w:type="dxa"/>
          </w:tcPr>
          <w:p w14:paraId="372A5DE5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6F60D8FB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7170F743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15CABCB4" w14:textId="77777777" w:rsidR="00840607" w:rsidRPr="00F5261D" w:rsidRDefault="00840607">
            <w:pPr>
              <w:rPr>
                <w:color w:val="000000" w:themeColor="text1"/>
              </w:rPr>
            </w:pPr>
          </w:p>
        </w:tc>
      </w:tr>
      <w:tr w:rsidR="00840607" w:rsidRPr="00F5261D" w14:paraId="1278EC01" w14:textId="77777777">
        <w:tc>
          <w:tcPr>
            <w:tcW w:w="1728" w:type="dxa"/>
          </w:tcPr>
          <w:p w14:paraId="6B2456C8" w14:textId="77777777" w:rsidR="00840607" w:rsidRPr="00F5261D" w:rsidRDefault="00000000">
            <w:pPr>
              <w:rPr>
                <w:color w:val="000000" w:themeColor="text1"/>
              </w:rPr>
            </w:pPr>
            <w:r w:rsidRPr="00F5261D">
              <w:rPr>
                <w:color w:val="000000" w:themeColor="text1"/>
              </w:rPr>
              <w:lastRenderedPageBreak/>
              <w:t>Safety &amp; Organisation</w:t>
            </w:r>
          </w:p>
        </w:tc>
        <w:tc>
          <w:tcPr>
            <w:tcW w:w="1728" w:type="dxa"/>
          </w:tcPr>
          <w:p w14:paraId="6C222147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74638CE9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2A21CB0B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6D773D56" w14:textId="77777777" w:rsidR="00840607" w:rsidRPr="00F5261D" w:rsidRDefault="00840607">
            <w:pPr>
              <w:rPr>
                <w:color w:val="000000" w:themeColor="text1"/>
              </w:rPr>
            </w:pPr>
          </w:p>
        </w:tc>
      </w:tr>
      <w:tr w:rsidR="00840607" w:rsidRPr="00F5261D" w14:paraId="74E2DC7F" w14:textId="77777777">
        <w:tc>
          <w:tcPr>
            <w:tcW w:w="1728" w:type="dxa"/>
          </w:tcPr>
          <w:p w14:paraId="44029B16" w14:textId="77777777" w:rsidR="00840607" w:rsidRPr="00F5261D" w:rsidRDefault="00000000">
            <w:pPr>
              <w:rPr>
                <w:color w:val="000000" w:themeColor="text1"/>
              </w:rPr>
            </w:pPr>
            <w:r w:rsidRPr="00F5261D">
              <w:rPr>
                <w:color w:val="000000" w:themeColor="text1"/>
              </w:rPr>
              <w:t>Overall Experience</w:t>
            </w:r>
          </w:p>
        </w:tc>
        <w:tc>
          <w:tcPr>
            <w:tcW w:w="1728" w:type="dxa"/>
          </w:tcPr>
          <w:p w14:paraId="330461BA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4A25E207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2A5D0EFF" w14:textId="77777777" w:rsidR="00840607" w:rsidRPr="00F5261D" w:rsidRDefault="00840607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4F15080E" w14:textId="77777777" w:rsidR="00840607" w:rsidRPr="00F5261D" w:rsidRDefault="00840607">
            <w:pPr>
              <w:rPr>
                <w:color w:val="000000" w:themeColor="text1"/>
              </w:rPr>
            </w:pPr>
          </w:p>
        </w:tc>
      </w:tr>
    </w:tbl>
    <w:p w14:paraId="3E31E50E" w14:textId="77777777" w:rsidR="00840607" w:rsidRPr="00F5261D" w:rsidRDefault="00000000">
      <w:pPr>
        <w:pStyle w:val="Heading1"/>
        <w:rPr>
          <w:color w:val="000000" w:themeColor="text1"/>
        </w:rPr>
      </w:pPr>
      <w:r w:rsidRPr="00F5261D">
        <w:rPr>
          <w:color w:val="000000" w:themeColor="text1"/>
        </w:rPr>
        <w:t>Additional Feedback</w:t>
      </w:r>
    </w:p>
    <w:p w14:paraId="1B2D19BD" w14:textId="77777777" w:rsidR="00840607" w:rsidRPr="00F5261D" w:rsidRDefault="00000000">
      <w:pPr>
        <w:rPr>
          <w:color w:val="000000" w:themeColor="text1"/>
        </w:rPr>
      </w:pPr>
      <w:r w:rsidRPr="00F5261D">
        <w:rPr>
          <w:color w:val="000000" w:themeColor="text1"/>
        </w:rPr>
        <w:t>What worked well?</w:t>
      </w:r>
    </w:p>
    <w:p w14:paraId="2C411E5C" w14:textId="77777777" w:rsidR="00840607" w:rsidRPr="00F5261D" w:rsidRDefault="00000000">
      <w:pPr>
        <w:rPr>
          <w:color w:val="000000" w:themeColor="text1"/>
        </w:rPr>
      </w:pPr>
      <w:r w:rsidRPr="00F5261D">
        <w:rPr>
          <w:color w:val="000000" w:themeColor="text1"/>
        </w:rPr>
        <w:t>__________________________________________</w:t>
      </w:r>
    </w:p>
    <w:p w14:paraId="593679D3" w14:textId="77777777" w:rsidR="00840607" w:rsidRPr="00F5261D" w:rsidRDefault="00000000">
      <w:pPr>
        <w:rPr>
          <w:color w:val="000000" w:themeColor="text1"/>
        </w:rPr>
      </w:pPr>
      <w:r w:rsidRPr="00F5261D">
        <w:rPr>
          <w:color w:val="000000" w:themeColor="text1"/>
        </w:rPr>
        <w:t>__________________________________________</w:t>
      </w:r>
    </w:p>
    <w:p w14:paraId="19EC7BA8" w14:textId="77777777" w:rsidR="00840607" w:rsidRPr="00F5261D" w:rsidRDefault="00000000">
      <w:pPr>
        <w:rPr>
          <w:color w:val="000000" w:themeColor="text1"/>
        </w:rPr>
      </w:pPr>
      <w:r w:rsidRPr="00F5261D">
        <w:rPr>
          <w:color w:val="000000" w:themeColor="text1"/>
        </w:rPr>
        <w:t>What could be improved?</w:t>
      </w:r>
    </w:p>
    <w:p w14:paraId="20509401" w14:textId="77777777" w:rsidR="00840607" w:rsidRPr="00F5261D" w:rsidRDefault="00000000">
      <w:pPr>
        <w:rPr>
          <w:color w:val="000000" w:themeColor="text1"/>
        </w:rPr>
      </w:pPr>
      <w:r w:rsidRPr="00F5261D">
        <w:rPr>
          <w:color w:val="000000" w:themeColor="text1"/>
        </w:rPr>
        <w:t>__________________________________________</w:t>
      </w:r>
    </w:p>
    <w:p w14:paraId="4E4AB823" w14:textId="77777777" w:rsidR="00840607" w:rsidRPr="00F5261D" w:rsidRDefault="00000000">
      <w:pPr>
        <w:rPr>
          <w:color w:val="000000" w:themeColor="text1"/>
        </w:rPr>
      </w:pPr>
      <w:r w:rsidRPr="00F5261D">
        <w:rPr>
          <w:color w:val="000000" w:themeColor="text1"/>
        </w:rPr>
        <w:t>__________________________________________</w:t>
      </w:r>
    </w:p>
    <w:p w14:paraId="23870563" w14:textId="77777777" w:rsidR="00840607" w:rsidRPr="00F5261D" w:rsidRDefault="00000000">
      <w:pPr>
        <w:pStyle w:val="Heading1"/>
        <w:rPr>
          <w:color w:val="000000" w:themeColor="text1"/>
        </w:rPr>
      </w:pPr>
      <w:r w:rsidRPr="00F5261D">
        <w:rPr>
          <w:color w:val="000000" w:themeColor="text1"/>
        </w:rPr>
        <w:t>Recommendation</w:t>
      </w:r>
    </w:p>
    <w:p w14:paraId="0DE6654F" w14:textId="77777777" w:rsidR="00840607" w:rsidRPr="00F5261D" w:rsidRDefault="00000000">
      <w:pPr>
        <w:rPr>
          <w:color w:val="000000" w:themeColor="text1"/>
        </w:rPr>
      </w:pPr>
      <w:r w:rsidRPr="00F5261D">
        <w:rPr>
          <w:color w:val="000000" w:themeColor="text1"/>
        </w:rPr>
        <w:t>Would you recommend this training? Yes / No</w:t>
      </w:r>
    </w:p>
    <w:p w14:paraId="5AC93FF8" w14:textId="77777777" w:rsidR="00840607" w:rsidRPr="00F5261D" w:rsidRDefault="00000000">
      <w:pPr>
        <w:pStyle w:val="Heading1"/>
        <w:rPr>
          <w:color w:val="000000" w:themeColor="text1"/>
        </w:rPr>
      </w:pPr>
      <w:r w:rsidRPr="00F5261D">
        <w:rPr>
          <w:color w:val="000000" w:themeColor="text1"/>
        </w:rPr>
        <w:t>Client Sign-Off</w:t>
      </w:r>
    </w:p>
    <w:p w14:paraId="75A7F6BD" w14:textId="77777777" w:rsidR="00840607" w:rsidRPr="00F5261D" w:rsidRDefault="00000000">
      <w:pPr>
        <w:rPr>
          <w:color w:val="000000" w:themeColor="text1"/>
        </w:rPr>
      </w:pPr>
      <w:r w:rsidRPr="00F5261D">
        <w:rPr>
          <w:color w:val="000000" w:themeColor="text1"/>
        </w:rPr>
        <w:t>Name: __________________________</w:t>
      </w:r>
    </w:p>
    <w:p w14:paraId="47B1B535" w14:textId="77777777" w:rsidR="00840607" w:rsidRPr="00F5261D" w:rsidRDefault="00000000">
      <w:pPr>
        <w:rPr>
          <w:color w:val="000000" w:themeColor="text1"/>
        </w:rPr>
      </w:pPr>
      <w:r w:rsidRPr="00F5261D">
        <w:rPr>
          <w:color w:val="000000" w:themeColor="text1"/>
        </w:rPr>
        <w:t>Position: _______________________</w:t>
      </w:r>
    </w:p>
    <w:p w14:paraId="07819889" w14:textId="77777777" w:rsidR="00840607" w:rsidRPr="00F5261D" w:rsidRDefault="00000000">
      <w:pPr>
        <w:rPr>
          <w:color w:val="000000" w:themeColor="text1"/>
        </w:rPr>
      </w:pPr>
      <w:r w:rsidRPr="00F5261D">
        <w:rPr>
          <w:color w:val="000000" w:themeColor="text1"/>
        </w:rPr>
        <w:lastRenderedPageBreak/>
        <w:t>Signature: ______________________</w:t>
      </w:r>
    </w:p>
    <w:p w14:paraId="11C570ED" w14:textId="77777777" w:rsidR="00840607" w:rsidRPr="00F5261D" w:rsidRDefault="00000000">
      <w:pPr>
        <w:rPr>
          <w:color w:val="000000" w:themeColor="text1"/>
        </w:rPr>
      </w:pPr>
      <w:r w:rsidRPr="00F5261D">
        <w:rPr>
          <w:color w:val="000000" w:themeColor="text1"/>
        </w:rPr>
        <w:t>Date: ___________________________</w:t>
      </w:r>
    </w:p>
    <w:sectPr w:rsidR="00840607" w:rsidRPr="00F5261D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9DDC4" w14:textId="77777777" w:rsidR="00721F96" w:rsidRDefault="00721F96">
      <w:pPr>
        <w:spacing w:after="0" w:line="240" w:lineRule="auto"/>
      </w:pPr>
      <w:r>
        <w:separator/>
      </w:r>
    </w:p>
  </w:endnote>
  <w:endnote w:type="continuationSeparator" w:id="0">
    <w:p w14:paraId="1C3740D7" w14:textId="77777777" w:rsidR="00721F96" w:rsidRDefault="00721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202B3" w14:textId="77777777" w:rsidR="00721F96" w:rsidRDefault="00721F96">
      <w:pPr>
        <w:spacing w:after="0" w:line="240" w:lineRule="auto"/>
      </w:pPr>
      <w:r>
        <w:separator/>
      </w:r>
    </w:p>
  </w:footnote>
  <w:footnote w:type="continuationSeparator" w:id="0">
    <w:p w14:paraId="45B07004" w14:textId="77777777" w:rsidR="00721F96" w:rsidRDefault="00721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6026F" w14:textId="77777777" w:rsidR="00840607" w:rsidRDefault="00000000">
    <w:pPr>
      <w:pStyle w:val="Header"/>
      <w:jc w:val="center"/>
    </w:pPr>
    <w:r>
      <w:rPr>
        <w:noProof/>
      </w:rPr>
      <w:drawing>
        <wp:inline distT="0" distB="0" distL="0" distR="0" wp14:anchorId="3FD73916" wp14:editId="3EB5CD58">
          <wp:extent cx="5486400" cy="334670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cument logoTrimmed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3346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6851752">
    <w:abstractNumId w:val="8"/>
  </w:num>
  <w:num w:numId="2" w16cid:durableId="1971013839">
    <w:abstractNumId w:val="6"/>
  </w:num>
  <w:num w:numId="3" w16cid:durableId="1343773912">
    <w:abstractNumId w:val="5"/>
  </w:num>
  <w:num w:numId="4" w16cid:durableId="1585720847">
    <w:abstractNumId w:val="4"/>
  </w:num>
  <w:num w:numId="5" w16cid:durableId="1878741461">
    <w:abstractNumId w:val="7"/>
  </w:num>
  <w:num w:numId="6" w16cid:durableId="1255475033">
    <w:abstractNumId w:val="3"/>
  </w:num>
  <w:num w:numId="7" w16cid:durableId="1137531574">
    <w:abstractNumId w:val="2"/>
  </w:num>
  <w:num w:numId="8" w16cid:durableId="1944338231">
    <w:abstractNumId w:val="1"/>
  </w:num>
  <w:num w:numId="9" w16cid:durableId="334579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21F96"/>
    <w:rsid w:val="00840607"/>
    <w:rsid w:val="00AA1D8D"/>
    <w:rsid w:val="00B47730"/>
    <w:rsid w:val="00CB0664"/>
    <w:rsid w:val="00F5261D"/>
    <w:rsid w:val="00F722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952ACB"/>
  <w14:defaultImageDpi w14:val="300"/>
  <w15:docId w15:val="{7F260AC8-58D7-6044-85C5-1D212F0DC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</Words>
  <Characters>818</Characters>
  <Application>Microsoft Office Word</Application>
  <DocSecurity>0</DocSecurity>
  <Lines>68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 curley</cp:lastModifiedBy>
  <cp:revision>2</cp:revision>
  <dcterms:created xsi:type="dcterms:W3CDTF">2013-12-23T23:15:00Z</dcterms:created>
  <dcterms:modified xsi:type="dcterms:W3CDTF">2026-06-05T16:41:00Z</dcterms:modified>
  <cp:category/>
</cp:coreProperties>
</file>